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998D4" w14:textId="021F6547" w:rsidR="000F5904" w:rsidRDefault="00C076D6">
      <w:pPr>
        <w:pStyle w:val="berschrift1"/>
        <w:rPr>
          <w:color w:val="943634" w:themeColor="accent2" w:themeShade="BF"/>
        </w:rPr>
      </w:pPr>
      <w:r>
        <w:rPr>
          <w:noProof/>
          <w:color w:val="C0504D" w:themeColor="accent2"/>
        </w:rPr>
        <w:drawing>
          <wp:anchor distT="0" distB="0" distL="114300" distR="114300" simplePos="0" relativeHeight="251659264" behindDoc="0" locked="0" layoutInCell="1" allowOverlap="1" wp14:anchorId="6BF82BF3" wp14:editId="0D7FA3BE">
            <wp:simplePos x="0" y="0"/>
            <wp:positionH relativeFrom="column">
              <wp:posOffset>4323080</wp:posOffset>
            </wp:positionH>
            <wp:positionV relativeFrom="paragraph">
              <wp:posOffset>-833120</wp:posOffset>
            </wp:positionV>
            <wp:extent cx="2237740" cy="1643631"/>
            <wp:effectExtent l="0" t="0" r="0" b="0"/>
            <wp:wrapTopAndBottom/>
            <wp:docPr id="5837127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12796" name="Grafik 5837127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4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37626" w:rsidRPr="006409F2">
        <w:rPr>
          <w:color w:val="943634" w:themeColor="accent2" w:themeShade="BF"/>
        </w:rPr>
        <w:t>Vollmacht</w:t>
      </w:r>
      <w:proofErr w:type="spellEnd"/>
      <w:r w:rsidR="00137626" w:rsidRPr="006409F2">
        <w:rPr>
          <w:color w:val="943634" w:themeColor="accent2" w:themeShade="BF"/>
        </w:rPr>
        <w:t xml:space="preserve"> für </w:t>
      </w:r>
      <w:proofErr w:type="spellStart"/>
      <w:r w:rsidR="00137626" w:rsidRPr="006409F2">
        <w:rPr>
          <w:color w:val="943634" w:themeColor="accent2" w:themeShade="BF"/>
        </w:rPr>
        <w:t>medizinische</w:t>
      </w:r>
      <w:proofErr w:type="spellEnd"/>
      <w:r w:rsidR="00137626" w:rsidRPr="006409F2">
        <w:rPr>
          <w:color w:val="943634" w:themeColor="accent2" w:themeShade="BF"/>
        </w:rPr>
        <w:t xml:space="preserve"> </w:t>
      </w:r>
      <w:proofErr w:type="spellStart"/>
      <w:r w:rsidR="00137626" w:rsidRPr="006409F2">
        <w:rPr>
          <w:color w:val="943634" w:themeColor="accent2" w:themeShade="BF"/>
        </w:rPr>
        <w:t>Versorgung</w:t>
      </w:r>
      <w:proofErr w:type="spellEnd"/>
    </w:p>
    <w:p w14:paraId="5B22E6B7" w14:textId="77777777" w:rsidR="00137626" w:rsidRPr="00137626" w:rsidRDefault="00137626" w:rsidP="00137626"/>
    <w:p w14:paraId="5AB8C9E5" w14:textId="536D9029" w:rsidR="000F5904" w:rsidRDefault="00137626">
      <w:proofErr w:type="spellStart"/>
      <w:r>
        <w:t>Tierhalter</w:t>
      </w:r>
      <w:proofErr w:type="spellEnd"/>
      <w:r>
        <w:t>/in: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F5904" w14:paraId="62044F4E" w14:textId="77777777">
        <w:tc>
          <w:tcPr>
            <w:tcW w:w="4320" w:type="dxa"/>
          </w:tcPr>
          <w:p w14:paraId="7E262E9A" w14:textId="77777777" w:rsidR="000F5904" w:rsidRDefault="00137626">
            <w:r>
              <w:t>Name:</w:t>
            </w:r>
          </w:p>
        </w:tc>
        <w:tc>
          <w:tcPr>
            <w:tcW w:w="4320" w:type="dxa"/>
          </w:tcPr>
          <w:p w14:paraId="19D6D70A" w14:textId="77777777" w:rsidR="000F5904" w:rsidRDefault="000F5904"/>
        </w:tc>
      </w:tr>
      <w:tr w:rsidR="000F5904" w14:paraId="0321A565" w14:textId="77777777">
        <w:tc>
          <w:tcPr>
            <w:tcW w:w="4320" w:type="dxa"/>
          </w:tcPr>
          <w:p w14:paraId="5A6357C6" w14:textId="77777777" w:rsidR="000F5904" w:rsidRDefault="00137626">
            <w:r>
              <w:t>Adresse:</w:t>
            </w:r>
          </w:p>
        </w:tc>
        <w:tc>
          <w:tcPr>
            <w:tcW w:w="4320" w:type="dxa"/>
          </w:tcPr>
          <w:p w14:paraId="302B2B1C" w14:textId="77777777" w:rsidR="000F5904" w:rsidRDefault="000F5904"/>
        </w:tc>
      </w:tr>
      <w:tr w:rsidR="000F5904" w14:paraId="538D8274" w14:textId="77777777">
        <w:tc>
          <w:tcPr>
            <w:tcW w:w="4320" w:type="dxa"/>
          </w:tcPr>
          <w:p w14:paraId="3CD2CD76" w14:textId="77777777" w:rsidR="000F5904" w:rsidRDefault="00137626">
            <w:r>
              <w:t>Telefon:</w:t>
            </w:r>
          </w:p>
        </w:tc>
        <w:tc>
          <w:tcPr>
            <w:tcW w:w="4320" w:type="dxa"/>
          </w:tcPr>
          <w:p w14:paraId="7E21036E" w14:textId="77777777" w:rsidR="000F5904" w:rsidRDefault="000F5904"/>
        </w:tc>
      </w:tr>
      <w:tr w:rsidR="000F5904" w14:paraId="770E0E33" w14:textId="77777777">
        <w:tc>
          <w:tcPr>
            <w:tcW w:w="4320" w:type="dxa"/>
          </w:tcPr>
          <w:p w14:paraId="76D280C4" w14:textId="77777777" w:rsidR="000F5904" w:rsidRDefault="00137626">
            <w:r>
              <w:t>E-Mail:</w:t>
            </w:r>
          </w:p>
        </w:tc>
        <w:tc>
          <w:tcPr>
            <w:tcW w:w="4320" w:type="dxa"/>
          </w:tcPr>
          <w:p w14:paraId="04A2DD3D" w14:textId="77777777" w:rsidR="000F5904" w:rsidRDefault="000F5904"/>
        </w:tc>
      </w:tr>
    </w:tbl>
    <w:p w14:paraId="7143BEB3" w14:textId="77777777" w:rsidR="000F5904" w:rsidRDefault="000F5904"/>
    <w:p w14:paraId="4EF7C2C0" w14:textId="53B9D785" w:rsidR="000F5904" w:rsidRDefault="00137626">
      <w:r>
        <w:t>Tier(e):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F5904" w14:paraId="6333FED0" w14:textId="77777777">
        <w:tc>
          <w:tcPr>
            <w:tcW w:w="4320" w:type="dxa"/>
          </w:tcPr>
          <w:p w14:paraId="11F724FB" w14:textId="77777777" w:rsidR="000F5904" w:rsidRDefault="00137626">
            <w:r>
              <w:t>Name/n:</w:t>
            </w:r>
          </w:p>
        </w:tc>
        <w:tc>
          <w:tcPr>
            <w:tcW w:w="4320" w:type="dxa"/>
          </w:tcPr>
          <w:p w14:paraId="515273DE" w14:textId="77777777" w:rsidR="000F5904" w:rsidRDefault="000F5904"/>
        </w:tc>
      </w:tr>
      <w:tr w:rsidR="000F5904" w14:paraId="2E434394" w14:textId="77777777">
        <w:tc>
          <w:tcPr>
            <w:tcW w:w="4320" w:type="dxa"/>
          </w:tcPr>
          <w:p w14:paraId="5CC3525E" w14:textId="77777777" w:rsidR="000F5904" w:rsidRDefault="00137626">
            <w:r>
              <w:t>Art/Rasse:</w:t>
            </w:r>
          </w:p>
        </w:tc>
        <w:tc>
          <w:tcPr>
            <w:tcW w:w="4320" w:type="dxa"/>
          </w:tcPr>
          <w:p w14:paraId="4C3BD410" w14:textId="77777777" w:rsidR="000F5904" w:rsidRDefault="000F5904"/>
        </w:tc>
      </w:tr>
      <w:tr w:rsidR="000F5904" w14:paraId="5DB0B5A8" w14:textId="77777777">
        <w:tc>
          <w:tcPr>
            <w:tcW w:w="4320" w:type="dxa"/>
          </w:tcPr>
          <w:p w14:paraId="65844F78" w14:textId="77777777" w:rsidR="000F5904" w:rsidRDefault="00137626">
            <w:r>
              <w:t>Alter:</w:t>
            </w:r>
          </w:p>
        </w:tc>
        <w:tc>
          <w:tcPr>
            <w:tcW w:w="4320" w:type="dxa"/>
          </w:tcPr>
          <w:p w14:paraId="1FE98C1B" w14:textId="77777777" w:rsidR="000F5904" w:rsidRDefault="000F5904"/>
        </w:tc>
      </w:tr>
      <w:tr w:rsidR="000F5904" w14:paraId="160A9367" w14:textId="77777777">
        <w:tc>
          <w:tcPr>
            <w:tcW w:w="4320" w:type="dxa"/>
          </w:tcPr>
          <w:p w14:paraId="5F35E3AB" w14:textId="77777777" w:rsidR="000F5904" w:rsidRDefault="00137626">
            <w:r>
              <w:t>Besonderheiten/Gesundheitszustand:</w:t>
            </w:r>
          </w:p>
        </w:tc>
        <w:tc>
          <w:tcPr>
            <w:tcW w:w="4320" w:type="dxa"/>
          </w:tcPr>
          <w:p w14:paraId="316BF7B4" w14:textId="77777777" w:rsidR="000F5904" w:rsidRDefault="000F5904"/>
        </w:tc>
      </w:tr>
    </w:tbl>
    <w:p w14:paraId="2EC5962F" w14:textId="77777777" w:rsidR="000F5904" w:rsidRDefault="000F5904"/>
    <w:p w14:paraId="6D1F52A7" w14:textId="460571E8" w:rsidR="000F5904" w:rsidRDefault="00137626">
      <w:proofErr w:type="spellStart"/>
      <w:r>
        <w:t>Bevorzugte</w:t>
      </w:r>
      <w:proofErr w:type="spellEnd"/>
      <w:r>
        <w:t xml:space="preserve"> Tierarztpraxis: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F5904" w14:paraId="3041DE0B" w14:textId="77777777">
        <w:tc>
          <w:tcPr>
            <w:tcW w:w="4320" w:type="dxa"/>
          </w:tcPr>
          <w:p w14:paraId="65B2B8BE" w14:textId="77777777" w:rsidR="000F5904" w:rsidRDefault="00137626">
            <w:r>
              <w:t>Name:</w:t>
            </w:r>
          </w:p>
        </w:tc>
        <w:tc>
          <w:tcPr>
            <w:tcW w:w="4320" w:type="dxa"/>
          </w:tcPr>
          <w:p w14:paraId="14663668" w14:textId="77777777" w:rsidR="000F5904" w:rsidRDefault="000F5904"/>
        </w:tc>
      </w:tr>
      <w:tr w:rsidR="000F5904" w14:paraId="61DDC6F2" w14:textId="77777777">
        <w:tc>
          <w:tcPr>
            <w:tcW w:w="4320" w:type="dxa"/>
          </w:tcPr>
          <w:p w14:paraId="69F0108E" w14:textId="77777777" w:rsidR="000F5904" w:rsidRDefault="00137626">
            <w:r>
              <w:t>Adresse:</w:t>
            </w:r>
          </w:p>
        </w:tc>
        <w:tc>
          <w:tcPr>
            <w:tcW w:w="4320" w:type="dxa"/>
          </w:tcPr>
          <w:p w14:paraId="39B7F925" w14:textId="77777777" w:rsidR="000F5904" w:rsidRDefault="000F5904"/>
        </w:tc>
      </w:tr>
      <w:tr w:rsidR="000F5904" w14:paraId="0879EAB2" w14:textId="77777777">
        <w:tc>
          <w:tcPr>
            <w:tcW w:w="4320" w:type="dxa"/>
          </w:tcPr>
          <w:p w14:paraId="14262F32" w14:textId="77777777" w:rsidR="000F5904" w:rsidRDefault="00137626">
            <w:r>
              <w:t>Telefon:</w:t>
            </w:r>
          </w:p>
        </w:tc>
        <w:tc>
          <w:tcPr>
            <w:tcW w:w="4320" w:type="dxa"/>
          </w:tcPr>
          <w:p w14:paraId="17ED5F9E" w14:textId="77777777" w:rsidR="000F5904" w:rsidRDefault="000F5904"/>
        </w:tc>
      </w:tr>
    </w:tbl>
    <w:p w14:paraId="482D6E47" w14:textId="77777777" w:rsidR="000F5904" w:rsidRDefault="000F5904"/>
    <w:p w14:paraId="11EC7BCD" w14:textId="2B9A7337" w:rsidR="000F5904" w:rsidRDefault="00137626">
      <w:proofErr w:type="spellStart"/>
      <w:r w:rsidRPr="00542178">
        <w:rPr>
          <w:b/>
          <w:bCs/>
        </w:rPr>
        <w:t>Vollmacht</w:t>
      </w:r>
      <w:proofErr w:type="spellEnd"/>
      <w:r w:rsidRPr="00542178">
        <w:rPr>
          <w:b/>
          <w:bCs/>
        </w:rPr>
        <w:t xml:space="preserve"> für tierärztliche </w:t>
      </w:r>
      <w:proofErr w:type="spellStart"/>
      <w:r w:rsidRPr="00542178">
        <w:rPr>
          <w:b/>
          <w:bCs/>
        </w:rPr>
        <w:t>Behandlungen</w:t>
      </w:r>
      <w:proofErr w:type="spellEnd"/>
      <w:r>
        <w:br/>
        <w:t>Hiermit bevollmächtige ich Ina’s Katzensitterservice, vertreten durch Ina Schwarz, oder eine/n von ihr beauftragte/n Mitarbeiter/in, mein Tier/meine Tiere während meiner Abwesenheit im Bedarfsfall einem Tierarzt oder einer Tierklinik vorzustellen und in meinem Namen Behandlungen vornehmen zu lassen.</w:t>
      </w:r>
      <w:r>
        <w:br/>
      </w:r>
      <w:r>
        <w:br/>
        <w:t>Ich gestatte, dass im Notfall – nach Möglichkeit in vorheriger Absprache mit mir oder meinem benannten Notfallkontakt – notwendige medizinische Maßnahmen durchgeführt werden.</w:t>
      </w:r>
      <w:r>
        <w:br/>
        <w:t>Sollte eine sofortige Entscheidung</w:t>
      </w:r>
      <w:r>
        <w:t xml:space="preserve"> erforderlich sein, um Leiden zu verhindern oder das Leben des Tieres zu retten, bin ich mit einer entsprechenden Entscheidung durch Ina’s Katzensitterservice oder deren Mitarbeiter/in einverstanden.</w:t>
      </w:r>
    </w:p>
    <w:p w14:paraId="0689FE6B" w14:textId="77777777" w:rsidR="00C076D6" w:rsidRDefault="00C076D6"/>
    <w:p w14:paraId="5DB30726" w14:textId="47A4BF65" w:rsidR="000F5904" w:rsidRDefault="00137626">
      <w:proofErr w:type="spellStart"/>
      <w:r w:rsidRPr="00446170">
        <w:rPr>
          <w:b/>
          <w:bCs/>
        </w:rPr>
        <w:lastRenderedPageBreak/>
        <w:t>Vollmacht</w:t>
      </w:r>
      <w:proofErr w:type="spellEnd"/>
      <w:r w:rsidRPr="00446170">
        <w:rPr>
          <w:b/>
          <w:bCs/>
        </w:rPr>
        <w:t xml:space="preserve"> für die Verabreichung von </w:t>
      </w:r>
      <w:proofErr w:type="spellStart"/>
      <w:r w:rsidRPr="00446170">
        <w:rPr>
          <w:b/>
          <w:bCs/>
        </w:rPr>
        <w:t>Medikamenten</w:t>
      </w:r>
      <w:proofErr w:type="spellEnd"/>
      <w:r w:rsidRPr="00446170">
        <w:rPr>
          <w:b/>
          <w:bCs/>
        </w:rPr>
        <w:br/>
      </w:r>
      <w:r>
        <w:t>Ich ermächtige Ina’s Katzensitterservice, vertreten durch Ina Schwarz, oder eine/n von ihr beauftragte/n Mitarbeiter/in, meinem Tier/meinen Tieren während meiner Abwesenheit die von mir bereitgestellten und/oder vom Tierarzt verschriebenen Medikamente zu verabreichen.</w:t>
      </w:r>
      <w:r>
        <w:br/>
      </w:r>
      <w:r>
        <w:br/>
        <w:t>Verabreichungsanweisungen (bitte genau ausfüllen):</w:t>
      </w:r>
      <w:r>
        <w:br/>
        <w:t>___________________________________________________________________________</w:t>
      </w:r>
      <w:r>
        <w:br/>
        <w:t>___________________________________________________________________________</w:t>
      </w:r>
      <w:r>
        <w:br/>
        <w:t>_______________________________________</w:t>
      </w:r>
      <w:r>
        <w:t>____________________________________</w:t>
      </w:r>
    </w:p>
    <w:p w14:paraId="382633DE" w14:textId="77777777" w:rsidR="000F5904" w:rsidRDefault="000F5904"/>
    <w:p w14:paraId="2CA0972D" w14:textId="773BACB9" w:rsidR="000F5904" w:rsidRDefault="00137626">
      <w:r>
        <w:t xml:space="preserve"> </w:t>
      </w:r>
      <w:proofErr w:type="spellStart"/>
      <w:r w:rsidRPr="00446170">
        <w:rPr>
          <w:b/>
          <w:bCs/>
        </w:rPr>
        <w:t>Kostenregelung</w:t>
      </w:r>
      <w:proofErr w:type="spellEnd"/>
      <w:r>
        <w:br/>
      </w:r>
      <w:proofErr w:type="spellStart"/>
      <w:r>
        <w:t>Ich</w:t>
      </w:r>
      <w:proofErr w:type="spellEnd"/>
      <w:r>
        <w:t xml:space="preserve"> </w:t>
      </w:r>
      <w:proofErr w:type="spellStart"/>
      <w:r>
        <w:t>erkläre</w:t>
      </w:r>
      <w:proofErr w:type="spellEnd"/>
      <w:r>
        <w:t xml:space="preserve"> </w:t>
      </w:r>
      <w:proofErr w:type="spellStart"/>
      <w:r>
        <w:t>mich</w:t>
      </w:r>
      <w:proofErr w:type="spellEnd"/>
      <w:r>
        <w:t xml:space="preserve"> bereit, alle anfallenden Kosten zu übernehmen, einschließlich:</w:t>
      </w:r>
      <w:r>
        <w:br/>
        <w:t>- Tierarztkosten</w:t>
      </w:r>
      <w:r>
        <w:br/>
        <w:t>- Kosten für zusätzliche Betreuungsfahrten</w:t>
      </w:r>
      <w:r>
        <w:br/>
        <w:t>- Anfahrtskosten (gemäß Betreuungsvertrag)</w:t>
      </w:r>
      <w:r>
        <w:br/>
        <w:t>- ggf. anfallende Parkgebühren</w:t>
      </w:r>
      <w:r>
        <w:br/>
      </w:r>
      <w:r>
        <w:br/>
        <w:t>Ich gestatte, dass Ina’s Katzensitterservice Tierarztkosten bis zu einer Höhe von € ____________ (oder „ohne Einschränkung“) vorstrecken darf.</w:t>
      </w:r>
    </w:p>
    <w:p w14:paraId="27D476C9" w14:textId="77777777" w:rsidR="000F5904" w:rsidRDefault="000F5904"/>
    <w:p w14:paraId="1CDDC3E7" w14:textId="2BCCC5AA" w:rsidR="000F5904" w:rsidRDefault="00137626">
      <w:r>
        <w:t xml:space="preserve"> </w:t>
      </w:r>
      <w:proofErr w:type="spellStart"/>
      <w:r w:rsidRPr="00BB667C">
        <w:rPr>
          <w:b/>
          <w:bCs/>
        </w:rPr>
        <w:t>Einschläferung</w:t>
      </w:r>
      <w:proofErr w:type="spellEnd"/>
      <w:r w:rsidRPr="00BB667C">
        <w:rPr>
          <w:b/>
          <w:bCs/>
        </w:rPr>
        <w:t xml:space="preserve"> &amp; </w:t>
      </w:r>
      <w:proofErr w:type="spellStart"/>
      <w:r w:rsidRPr="00BB667C">
        <w:rPr>
          <w:b/>
          <w:bCs/>
        </w:rPr>
        <w:t>Einäscherung</w:t>
      </w:r>
      <w:proofErr w:type="spellEnd"/>
      <w:r>
        <w:br/>
        <w:t xml:space="preserve">Im </w:t>
      </w:r>
      <w:proofErr w:type="spellStart"/>
      <w:r>
        <w:t>Extremfall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eine Einschläferung aus medizinischer Sicht unumgänglich ist, darf dieser zugestimmt werden, nachdem angemessene Anstrengungen unternommen wurden, mich oder meinen Notfallkontakt zu erreichen, sofern dies die medizinische Situation zulässt.</w:t>
      </w:r>
      <w:r>
        <w:br/>
      </w:r>
      <w:r>
        <w:br/>
        <w:t>Ich wünsche im Falle des Todes meines Tieres (bitte ankreuzen):</w:t>
      </w:r>
      <w:r>
        <w:br/>
        <w:t>☐ Rückführung des Tieres zu mir / meinem Notfallkontakt</w:t>
      </w:r>
      <w:r>
        <w:br/>
        <w:t>☐ Überführung in ein Tierkrematorium zur Einäscherung</w:t>
      </w:r>
      <w:r>
        <w:br/>
        <w:t>☐ Keine Entscheidung vor Rücksprache mit mir / meinem Notfallkontakt</w:t>
      </w:r>
    </w:p>
    <w:p w14:paraId="02B14851" w14:textId="77777777" w:rsidR="000F5904" w:rsidRDefault="000F5904"/>
    <w:p w14:paraId="66300545" w14:textId="77777777" w:rsidR="000F5904" w:rsidRDefault="00137626">
      <w:r>
        <w:t>Diese Vollmacht gilt für alle aktuellen und zukünftigen Betreuungen, solange keine neue Vollmacht unterschrieben wird oder ich sie schriftlich widerrufe.</w:t>
      </w:r>
    </w:p>
    <w:p w14:paraId="5B470A99" w14:textId="77777777" w:rsidR="000F5904" w:rsidRDefault="00137626">
      <w:r>
        <w:br/>
        <w:t>Ort/Datum: ____________________________</w:t>
      </w:r>
    </w:p>
    <w:p w14:paraId="4F6E7AF4" w14:textId="77777777" w:rsidR="000F5904" w:rsidRDefault="00137626">
      <w:r>
        <w:t>Unterschrift Tierhalter/in: ____________________________</w:t>
      </w:r>
    </w:p>
    <w:sectPr w:rsidR="000F590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98250541">
    <w:abstractNumId w:val="8"/>
  </w:num>
  <w:num w:numId="2" w16cid:durableId="169488165">
    <w:abstractNumId w:val="6"/>
  </w:num>
  <w:num w:numId="3" w16cid:durableId="1070300554">
    <w:abstractNumId w:val="5"/>
  </w:num>
  <w:num w:numId="4" w16cid:durableId="1308315136">
    <w:abstractNumId w:val="4"/>
  </w:num>
  <w:num w:numId="5" w16cid:durableId="1260066613">
    <w:abstractNumId w:val="7"/>
  </w:num>
  <w:num w:numId="6" w16cid:durableId="810169678">
    <w:abstractNumId w:val="3"/>
  </w:num>
  <w:num w:numId="7" w16cid:durableId="1791510369">
    <w:abstractNumId w:val="2"/>
  </w:num>
  <w:num w:numId="8" w16cid:durableId="2068869358">
    <w:abstractNumId w:val="1"/>
  </w:num>
  <w:num w:numId="9" w16cid:durableId="2056848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F5904"/>
    <w:rsid w:val="00137626"/>
    <w:rsid w:val="0015074B"/>
    <w:rsid w:val="0029639D"/>
    <w:rsid w:val="00326F90"/>
    <w:rsid w:val="00446170"/>
    <w:rsid w:val="00542178"/>
    <w:rsid w:val="005A0C36"/>
    <w:rsid w:val="005F0323"/>
    <w:rsid w:val="006409F2"/>
    <w:rsid w:val="009F0424"/>
    <w:rsid w:val="00AA1D8D"/>
    <w:rsid w:val="00B47730"/>
    <w:rsid w:val="00BB667C"/>
    <w:rsid w:val="00C076D6"/>
    <w:rsid w:val="00CB0664"/>
    <w:rsid w:val="00D163A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DB3746"/>
  <w14:defaultImageDpi w14:val="300"/>
  <w15:docId w15:val="{FF9BA315-771F-784C-B265-9E02F0BD7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Ina Schwarz</cp:lastModifiedBy>
  <cp:revision>10</cp:revision>
  <dcterms:created xsi:type="dcterms:W3CDTF">2025-08-15T08:50:00Z</dcterms:created>
  <dcterms:modified xsi:type="dcterms:W3CDTF">2025-08-15T08:56:00Z</dcterms:modified>
  <cp:category/>
</cp:coreProperties>
</file>